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AD3170" w14:textId="77777777" w:rsidR="00B05788" w:rsidRPr="0046107D" w:rsidRDefault="0046107D">
      <w:pPr>
        <w:pStyle w:val="1"/>
        <w:rPr>
          <w:lang w:val="ru-RU"/>
        </w:rPr>
      </w:pPr>
      <w:r w:rsidRPr="0046107D">
        <w:rPr>
          <w:lang w:val="ru-RU"/>
        </w:rPr>
        <w:t>Политика в отношении обработки персональных данных</w:t>
      </w:r>
    </w:p>
    <w:p w14:paraId="084E833D" w14:textId="4C299FBB" w:rsidR="00B05788" w:rsidRPr="0046107D" w:rsidRDefault="0046107D">
      <w:pPr>
        <w:rPr>
          <w:lang w:val="ru-RU"/>
        </w:rPr>
      </w:pPr>
      <w:r w:rsidRPr="0046107D">
        <w:rPr>
          <w:lang w:val="ru-RU"/>
        </w:rPr>
        <w:t>Настоящая Политика в отношении обработки и защиты персональных данных (далее – «Политика») принята и действует в ООО ТД «</w:t>
      </w:r>
      <w:proofErr w:type="spellStart"/>
      <w:r w:rsidRPr="0046107D">
        <w:rPr>
          <w:lang w:val="ru-RU"/>
        </w:rPr>
        <w:t>Нефтесинтез</w:t>
      </w:r>
      <w:proofErr w:type="spellEnd"/>
      <w:r w:rsidRPr="0046107D">
        <w:rPr>
          <w:lang w:val="ru-RU"/>
        </w:rPr>
        <w:t xml:space="preserve">», расположенному по адресу 620135, Свердловская область, г. </w:t>
      </w:r>
      <w:r w:rsidRPr="0046107D">
        <w:rPr>
          <w:lang w:val="ru-RU"/>
        </w:rPr>
        <w:t xml:space="preserve">Екатеринбург, пр-т Космонавтов, д. 98, корп. А, оф. 204. </w:t>
      </w:r>
      <w:r>
        <w:rPr>
          <w:lang w:val="ru-RU"/>
        </w:rPr>
        <w:br/>
      </w:r>
      <w:r w:rsidRPr="0046107D">
        <w:rPr>
          <w:lang w:val="ru-RU"/>
        </w:rPr>
        <w:t>Перечень третьих лиц, кому Общество может передавать персональные данные: лица, привлекаемые Оператором в случаях, предусмотренных законодательством РФ и договорами.</w:t>
      </w:r>
    </w:p>
    <w:p w14:paraId="470D5DB4" w14:textId="77777777" w:rsidR="00B05788" w:rsidRPr="0046107D" w:rsidRDefault="0046107D">
      <w:pPr>
        <w:rPr>
          <w:lang w:val="ru-RU"/>
        </w:rPr>
      </w:pPr>
      <w:r w:rsidRPr="0046107D">
        <w:rPr>
          <w:lang w:val="ru-RU"/>
        </w:rPr>
        <w:t>Мы собираем, используем и охраняе</w:t>
      </w:r>
      <w:r w:rsidRPr="0046107D">
        <w:rPr>
          <w:lang w:val="ru-RU"/>
        </w:rPr>
        <w:t>м персональные данные, которые Вы предоставляете нам при использовании нашего сайта с любого устройства и при коммуникации с нами в любой форме, в соответствии с данной Политикой.</w:t>
      </w:r>
    </w:p>
    <w:p w14:paraId="66D0921D" w14:textId="77777777" w:rsidR="00B05788" w:rsidRPr="0046107D" w:rsidRDefault="0046107D">
      <w:pPr>
        <w:rPr>
          <w:lang w:val="ru-RU"/>
        </w:rPr>
      </w:pPr>
      <w:r w:rsidRPr="0046107D">
        <w:rPr>
          <w:lang w:val="ru-RU"/>
        </w:rPr>
        <w:t>Используя наш сайт и предоставляя нам свои персональные данные, Вы даете сог</w:t>
      </w:r>
      <w:r w:rsidRPr="0046107D">
        <w:rPr>
          <w:lang w:val="ru-RU"/>
        </w:rPr>
        <w:t>ласие на обработку Ваших персональных данных в соответствии с данной Политикой.</w:t>
      </w:r>
    </w:p>
    <w:p w14:paraId="6A824690" w14:textId="77777777" w:rsidR="00B05788" w:rsidRPr="0046107D" w:rsidRDefault="0046107D">
      <w:pPr>
        <w:pStyle w:val="21"/>
        <w:rPr>
          <w:lang w:val="ru-RU"/>
        </w:rPr>
      </w:pPr>
      <w:r w:rsidRPr="0046107D">
        <w:rPr>
          <w:lang w:val="ru-RU"/>
        </w:rPr>
        <w:t>1. Основные понятия</w:t>
      </w:r>
    </w:p>
    <w:p w14:paraId="22D9EEF6" w14:textId="77777777" w:rsidR="00B05788" w:rsidRPr="0046107D" w:rsidRDefault="0046107D">
      <w:pPr>
        <w:rPr>
          <w:lang w:val="ru-RU"/>
        </w:rPr>
      </w:pPr>
      <w:r w:rsidRPr="0046107D">
        <w:rPr>
          <w:lang w:val="ru-RU"/>
        </w:rPr>
        <w:t>«Персональные данные» – любая информация, относящаяся к прямо или косвенно определенному или определяемому физическому лицу.</w:t>
      </w:r>
    </w:p>
    <w:p w14:paraId="1DB11562" w14:textId="77777777" w:rsidR="00B05788" w:rsidRPr="0046107D" w:rsidRDefault="0046107D">
      <w:pPr>
        <w:rPr>
          <w:lang w:val="ru-RU"/>
        </w:rPr>
      </w:pPr>
      <w:r w:rsidRPr="0046107D">
        <w:rPr>
          <w:lang w:val="ru-RU"/>
        </w:rPr>
        <w:t>«Обработка персональных данных»</w:t>
      </w:r>
      <w:r w:rsidRPr="0046107D">
        <w:rPr>
          <w:lang w:val="ru-RU"/>
        </w:rPr>
        <w:t xml:space="preserve"> – осуществление любых действий или совокупности действий в отношении Ваших персональных данных, включая сбор, запись, систематизацию, накопление, хранение, обновление и изменение, извлечение, использование, передачу (распространение, предоставление, досту</w:t>
      </w:r>
      <w:r w:rsidRPr="0046107D">
        <w:rPr>
          <w:lang w:val="ru-RU"/>
        </w:rPr>
        <w:t>п), обезличивание, блокирование, удаление и уничтожение, как с использованием, так и без использования систем автоматизированной обработки персональных данных.</w:t>
      </w:r>
    </w:p>
    <w:p w14:paraId="2D8E050E" w14:textId="77777777" w:rsidR="00B05788" w:rsidRPr="0046107D" w:rsidRDefault="0046107D">
      <w:pPr>
        <w:pStyle w:val="21"/>
        <w:rPr>
          <w:lang w:val="ru-RU"/>
        </w:rPr>
      </w:pPr>
      <w:r w:rsidRPr="0046107D">
        <w:rPr>
          <w:lang w:val="ru-RU"/>
        </w:rPr>
        <w:t>2. Данные, которые мы собираем</w:t>
      </w:r>
    </w:p>
    <w:p w14:paraId="3C64A342" w14:textId="77777777" w:rsidR="00B05788" w:rsidRPr="0046107D" w:rsidRDefault="0046107D">
      <w:pPr>
        <w:rPr>
          <w:lang w:val="ru-RU"/>
        </w:rPr>
      </w:pPr>
      <w:r w:rsidRPr="0046107D">
        <w:rPr>
          <w:lang w:val="ru-RU"/>
        </w:rPr>
        <w:t>Мы собираем:</w:t>
      </w:r>
    </w:p>
    <w:p w14:paraId="7BD7E527" w14:textId="77777777" w:rsidR="00B05788" w:rsidRPr="0046107D" w:rsidRDefault="0046107D">
      <w:pPr>
        <w:rPr>
          <w:lang w:val="ru-RU"/>
        </w:rPr>
      </w:pPr>
      <w:r w:rsidRPr="0046107D">
        <w:rPr>
          <w:lang w:val="ru-RU"/>
        </w:rPr>
        <w:t>- персональные данные, которые Вы предоставляете нам</w:t>
      </w:r>
      <w:r w:rsidRPr="0046107D">
        <w:rPr>
          <w:lang w:val="ru-RU"/>
        </w:rPr>
        <w:t xml:space="preserve"> при заполнении информационных полей на нашем сайте, в том числе при заполнении контактной формы, при отправке заявок на продукцию, запросе обратного звонка и подписке на новостную рассылку.</w:t>
      </w:r>
    </w:p>
    <w:p w14:paraId="247F02A1" w14:textId="77777777" w:rsidR="00B05788" w:rsidRPr="0046107D" w:rsidRDefault="0046107D">
      <w:pPr>
        <w:rPr>
          <w:lang w:val="ru-RU"/>
        </w:rPr>
      </w:pPr>
      <w:r w:rsidRPr="0046107D">
        <w:rPr>
          <w:lang w:val="ru-RU"/>
        </w:rPr>
        <w:t>- персональные данные и другую информацию, содержащуюся в сообщен</w:t>
      </w:r>
      <w:r w:rsidRPr="0046107D">
        <w:rPr>
          <w:lang w:val="ru-RU"/>
        </w:rPr>
        <w:t>иях, которые Вы нам направляете;</w:t>
      </w:r>
    </w:p>
    <w:p w14:paraId="37949EE6" w14:textId="77777777" w:rsidR="00B05788" w:rsidRPr="0046107D" w:rsidRDefault="0046107D">
      <w:pPr>
        <w:rPr>
          <w:lang w:val="ru-RU"/>
        </w:rPr>
      </w:pPr>
      <w:r w:rsidRPr="0046107D">
        <w:rPr>
          <w:lang w:val="ru-RU"/>
        </w:rPr>
        <w:t xml:space="preserve">- технические данные, которые автоматически передаются устройством, с помощью которого Вы используете наш сайт, в том числе технические </w:t>
      </w:r>
      <w:r w:rsidRPr="0046107D">
        <w:rPr>
          <w:lang w:val="ru-RU"/>
        </w:rPr>
        <w:lastRenderedPageBreak/>
        <w:t xml:space="preserve">характеристики устройства, </w:t>
      </w:r>
      <w:r>
        <w:t>IP</w:t>
      </w:r>
      <w:r w:rsidRPr="0046107D">
        <w:rPr>
          <w:lang w:val="ru-RU"/>
        </w:rPr>
        <w:t>-адрес, информация, сохраненная в файлах «</w:t>
      </w:r>
      <w:r>
        <w:t>cookies</w:t>
      </w:r>
      <w:r w:rsidRPr="0046107D">
        <w:rPr>
          <w:lang w:val="ru-RU"/>
        </w:rPr>
        <w:t>», которы</w:t>
      </w:r>
      <w:r w:rsidRPr="0046107D">
        <w:rPr>
          <w:lang w:val="ru-RU"/>
        </w:rPr>
        <w:t>е были отправлены на Ваше устройство, информация о браузере, дата и время доступа к сайту, адреса запрашиваемых страниц и иная подобная информация;</w:t>
      </w:r>
    </w:p>
    <w:p w14:paraId="5BA0B12C" w14:textId="77777777" w:rsidR="00B05788" w:rsidRPr="0046107D" w:rsidRDefault="0046107D">
      <w:pPr>
        <w:rPr>
          <w:lang w:val="ru-RU"/>
        </w:rPr>
      </w:pPr>
      <w:r w:rsidRPr="0046107D">
        <w:rPr>
          <w:lang w:val="ru-RU"/>
        </w:rPr>
        <w:t>- иные данные о Вас, которые Вы пожелали оставить на нашем сайте.</w:t>
      </w:r>
    </w:p>
    <w:p w14:paraId="3EB9DA19" w14:textId="77777777" w:rsidR="00B05788" w:rsidRPr="0046107D" w:rsidRDefault="0046107D">
      <w:pPr>
        <w:pStyle w:val="21"/>
        <w:rPr>
          <w:lang w:val="ru-RU"/>
        </w:rPr>
      </w:pPr>
      <w:r w:rsidRPr="0046107D">
        <w:rPr>
          <w:lang w:val="ru-RU"/>
        </w:rPr>
        <w:t>3. Цели обработки данных</w:t>
      </w:r>
    </w:p>
    <w:p w14:paraId="7AF0C73F" w14:textId="77777777" w:rsidR="00B05788" w:rsidRPr="0046107D" w:rsidRDefault="0046107D">
      <w:pPr>
        <w:rPr>
          <w:lang w:val="ru-RU"/>
        </w:rPr>
      </w:pPr>
      <w:r w:rsidRPr="0046107D">
        <w:rPr>
          <w:lang w:val="ru-RU"/>
        </w:rPr>
        <w:t>Мы обрабатываем В</w:t>
      </w:r>
      <w:r w:rsidRPr="0046107D">
        <w:rPr>
          <w:lang w:val="ru-RU"/>
        </w:rPr>
        <w:t>аши персональные данные исключительно для тех целей, для которых они были предоставлены, в том числе:</w:t>
      </w:r>
    </w:p>
    <w:p w14:paraId="0218B7BF" w14:textId="77777777" w:rsidR="00B05788" w:rsidRPr="0046107D" w:rsidRDefault="0046107D">
      <w:pPr>
        <w:rPr>
          <w:lang w:val="ru-RU"/>
        </w:rPr>
      </w:pPr>
      <w:r w:rsidRPr="0046107D">
        <w:rPr>
          <w:lang w:val="ru-RU"/>
        </w:rPr>
        <w:t>- предоставления Вам информации о Компании, наших товарах и услугах;</w:t>
      </w:r>
    </w:p>
    <w:p w14:paraId="094DD79B" w14:textId="77777777" w:rsidR="00B05788" w:rsidRPr="0046107D" w:rsidRDefault="0046107D">
      <w:pPr>
        <w:rPr>
          <w:lang w:val="ru-RU"/>
        </w:rPr>
      </w:pPr>
      <w:r w:rsidRPr="0046107D">
        <w:rPr>
          <w:lang w:val="ru-RU"/>
        </w:rPr>
        <w:t>- коммуникации с Вами, когда Вы обращаетесь к нам;</w:t>
      </w:r>
    </w:p>
    <w:p w14:paraId="0A551827" w14:textId="77777777" w:rsidR="00B05788" w:rsidRPr="0046107D" w:rsidRDefault="0046107D">
      <w:pPr>
        <w:rPr>
          <w:lang w:val="ru-RU"/>
        </w:rPr>
      </w:pPr>
      <w:r w:rsidRPr="0046107D">
        <w:rPr>
          <w:lang w:val="ru-RU"/>
        </w:rPr>
        <w:t xml:space="preserve">- направления Вам наших новостных </w:t>
      </w:r>
      <w:r w:rsidRPr="0046107D">
        <w:rPr>
          <w:lang w:val="ru-RU"/>
        </w:rPr>
        <w:t>материалов;</w:t>
      </w:r>
    </w:p>
    <w:p w14:paraId="7D8C352B" w14:textId="77777777" w:rsidR="00B05788" w:rsidRPr="0046107D" w:rsidRDefault="0046107D">
      <w:pPr>
        <w:rPr>
          <w:lang w:val="ru-RU"/>
        </w:rPr>
      </w:pPr>
      <w:r w:rsidRPr="0046107D">
        <w:rPr>
          <w:lang w:val="ru-RU"/>
        </w:rPr>
        <w:t>- выполнения полномочий и обязанностей, возложенных на Компанию законодательством Российской Федерации;</w:t>
      </w:r>
    </w:p>
    <w:p w14:paraId="06E0BF98" w14:textId="77777777" w:rsidR="00B05788" w:rsidRPr="0046107D" w:rsidRDefault="0046107D">
      <w:pPr>
        <w:rPr>
          <w:lang w:val="ru-RU"/>
        </w:rPr>
      </w:pPr>
      <w:r w:rsidRPr="0046107D">
        <w:rPr>
          <w:lang w:val="ru-RU"/>
        </w:rPr>
        <w:t>- для других целей с Вашего согласия.</w:t>
      </w:r>
    </w:p>
    <w:p w14:paraId="7722D84C" w14:textId="77777777" w:rsidR="00B05788" w:rsidRPr="0046107D" w:rsidRDefault="0046107D">
      <w:pPr>
        <w:rPr>
          <w:lang w:val="ru-RU"/>
        </w:rPr>
      </w:pPr>
      <w:r w:rsidRPr="0046107D">
        <w:rPr>
          <w:lang w:val="ru-RU"/>
        </w:rPr>
        <w:t>Мы обрабатываем технические данные для:</w:t>
      </w:r>
    </w:p>
    <w:p w14:paraId="0ED0D0A7" w14:textId="77777777" w:rsidR="00B05788" w:rsidRPr="0046107D" w:rsidRDefault="0046107D">
      <w:pPr>
        <w:rPr>
          <w:lang w:val="ru-RU"/>
        </w:rPr>
      </w:pPr>
      <w:r w:rsidRPr="0046107D">
        <w:rPr>
          <w:lang w:val="ru-RU"/>
        </w:rPr>
        <w:t>- обеспечения функционирования и безопасности нашего сайта;</w:t>
      </w:r>
    </w:p>
    <w:p w14:paraId="7BE13FA7" w14:textId="77777777" w:rsidR="00B05788" w:rsidRPr="0046107D" w:rsidRDefault="0046107D">
      <w:pPr>
        <w:rPr>
          <w:lang w:val="ru-RU"/>
        </w:rPr>
      </w:pPr>
      <w:r w:rsidRPr="0046107D">
        <w:rPr>
          <w:lang w:val="ru-RU"/>
        </w:rPr>
        <w:t xml:space="preserve">- </w:t>
      </w:r>
      <w:r w:rsidRPr="0046107D">
        <w:rPr>
          <w:lang w:val="ru-RU"/>
        </w:rPr>
        <w:t>улучшения качества нашего сайта.</w:t>
      </w:r>
    </w:p>
    <w:p w14:paraId="0B53D139" w14:textId="77777777" w:rsidR="00B05788" w:rsidRPr="0046107D" w:rsidRDefault="0046107D">
      <w:pPr>
        <w:rPr>
          <w:lang w:val="ru-RU"/>
        </w:rPr>
      </w:pPr>
      <w:r w:rsidRPr="0046107D">
        <w:rPr>
          <w:lang w:val="ru-RU"/>
        </w:rPr>
        <w:t>Мы не размещаем Ваши персональные данные в общедоступных источниках. Мы не принимаем решений, порождающих для Вас юридические последствия или иным образом затрагивающих Ваши права и законные интересы на основании исключител</w:t>
      </w:r>
      <w:r w:rsidRPr="0046107D">
        <w:rPr>
          <w:lang w:val="ru-RU"/>
        </w:rPr>
        <w:t>ьно автоматизированной обработки персональных данных.</w:t>
      </w:r>
    </w:p>
    <w:p w14:paraId="298E2C62" w14:textId="77777777" w:rsidR="00B05788" w:rsidRPr="0046107D" w:rsidRDefault="0046107D">
      <w:pPr>
        <w:pStyle w:val="21"/>
        <w:rPr>
          <w:lang w:val="ru-RU"/>
        </w:rPr>
      </w:pPr>
      <w:r w:rsidRPr="0046107D">
        <w:rPr>
          <w:lang w:val="ru-RU"/>
        </w:rPr>
        <w:t>4. Ваши права</w:t>
      </w:r>
    </w:p>
    <w:p w14:paraId="4E4979AD" w14:textId="77777777" w:rsidR="00B05788" w:rsidRPr="0046107D" w:rsidRDefault="0046107D">
      <w:pPr>
        <w:rPr>
          <w:lang w:val="ru-RU"/>
        </w:rPr>
      </w:pPr>
      <w:r w:rsidRPr="0046107D">
        <w:rPr>
          <w:lang w:val="ru-RU"/>
        </w:rPr>
        <w:t>Обеспечение защиты Ваших прав и свобод в сфере персональных данных – важное условие работы Компании.</w:t>
      </w:r>
    </w:p>
    <w:p w14:paraId="73CDC606" w14:textId="77777777" w:rsidR="00B05788" w:rsidRPr="0046107D" w:rsidRDefault="0046107D">
      <w:pPr>
        <w:rPr>
          <w:lang w:val="ru-RU"/>
        </w:rPr>
      </w:pPr>
      <w:r w:rsidRPr="0046107D">
        <w:rPr>
          <w:lang w:val="ru-RU"/>
        </w:rPr>
        <w:t>Чтобы обеспечить защиту Ваших прав и свобод, по Вашей просьбе мы:</w:t>
      </w:r>
    </w:p>
    <w:p w14:paraId="3832CEC3" w14:textId="77777777" w:rsidR="00B05788" w:rsidRPr="0046107D" w:rsidRDefault="0046107D">
      <w:pPr>
        <w:rPr>
          <w:lang w:val="ru-RU"/>
        </w:rPr>
      </w:pPr>
      <w:r w:rsidRPr="0046107D">
        <w:rPr>
          <w:lang w:val="ru-RU"/>
        </w:rPr>
        <w:t>- подтвердим, обрабат</w:t>
      </w:r>
      <w:r w:rsidRPr="0046107D">
        <w:rPr>
          <w:lang w:val="ru-RU"/>
        </w:rPr>
        <w:t>ываем ли мы Ваши персональные данные, и предоставим Вам возможность с ними ознакомиться в течение 30 дней с момента получения Вашего запроса;</w:t>
      </w:r>
    </w:p>
    <w:p w14:paraId="1032EEFA" w14:textId="77777777" w:rsidR="00B05788" w:rsidRPr="0046107D" w:rsidRDefault="0046107D">
      <w:pPr>
        <w:rPr>
          <w:lang w:val="ru-RU"/>
        </w:rPr>
      </w:pPr>
      <w:r w:rsidRPr="0046107D">
        <w:rPr>
          <w:lang w:val="ru-RU"/>
        </w:rPr>
        <w:t>- сообщим Вам об источнике получения и составе Ваших персональных данных, которые мы обрабатываем;</w:t>
      </w:r>
    </w:p>
    <w:p w14:paraId="0D06A206" w14:textId="77777777" w:rsidR="00B05788" w:rsidRPr="0046107D" w:rsidRDefault="0046107D">
      <w:pPr>
        <w:rPr>
          <w:lang w:val="ru-RU"/>
        </w:rPr>
      </w:pPr>
      <w:r w:rsidRPr="0046107D">
        <w:rPr>
          <w:lang w:val="ru-RU"/>
        </w:rPr>
        <w:lastRenderedPageBreak/>
        <w:t xml:space="preserve">- </w:t>
      </w:r>
      <w:r w:rsidRPr="0046107D">
        <w:rPr>
          <w:lang w:val="ru-RU"/>
        </w:rPr>
        <w:t>сообщим Вам о правовых основаниях, целях, сроках и способах обработки Ваших персональных данных;</w:t>
      </w:r>
    </w:p>
    <w:p w14:paraId="5282724E" w14:textId="77777777" w:rsidR="00B05788" w:rsidRPr="0046107D" w:rsidRDefault="0046107D">
      <w:pPr>
        <w:rPr>
          <w:lang w:val="ru-RU"/>
        </w:rPr>
      </w:pPr>
      <w:r w:rsidRPr="0046107D">
        <w:rPr>
          <w:lang w:val="ru-RU"/>
        </w:rPr>
        <w:t>- внесем необходимые изменения в Ваши персональные данные, если Вы подтвердите, что они неполные, неточные или неактуальные, в течение 7 рабочих дней с момента</w:t>
      </w:r>
      <w:r w:rsidRPr="0046107D">
        <w:rPr>
          <w:lang w:val="ru-RU"/>
        </w:rPr>
        <w:t xml:space="preserve"> получения подтверждения, и уведомим Вас о внесенных изменениях;</w:t>
      </w:r>
    </w:p>
    <w:p w14:paraId="71680807" w14:textId="77777777" w:rsidR="00B05788" w:rsidRPr="0046107D" w:rsidRDefault="0046107D">
      <w:pPr>
        <w:rPr>
          <w:lang w:val="ru-RU"/>
        </w:rPr>
      </w:pPr>
      <w:r w:rsidRPr="0046107D">
        <w:rPr>
          <w:lang w:val="ru-RU"/>
        </w:rPr>
        <w:t>- сообщим Вам об осуществленной или о предполагаемой трансграничной передаче Ваших персональных данных;</w:t>
      </w:r>
    </w:p>
    <w:p w14:paraId="3F08F1C0" w14:textId="77777777" w:rsidR="00B05788" w:rsidRPr="0046107D" w:rsidRDefault="0046107D">
      <w:pPr>
        <w:rPr>
          <w:lang w:val="ru-RU"/>
        </w:rPr>
      </w:pPr>
      <w:r w:rsidRPr="0046107D">
        <w:rPr>
          <w:lang w:val="ru-RU"/>
        </w:rPr>
        <w:t>- сообщим Вам наименование и место нахождения организаций, которые имеют доступ к Вашим</w:t>
      </w:r>
      <w:r w:rsidRPr="0046107D">
        <w:rPr>
          <w:lang w:val="ru-RU"/>
        </w:rPr>
        <w:t xml:space="preserve"> персональным данным и которым могут быть раскрыты Ваши персональные данные с Вашего согласия;</w:t>
      </w:r>
    </w:p>
    <w:p w14:paraId="552F1A4E" w14:textId="77777777" w:rsidR="00B05788" w:rsidRPr="0046107D" w:rsidRDefault="0046107D">
      <w:pPr>
        <w:rPr>
          <w:lang w:val="ru-RU"/>
        </w:rPr>
      </w:pPr>
      <w:r w:rsidRPr="0046107D">
        <w:rPr>
          <w:lang w:val="ru-RU"/>
        </w:rPr>
        <w:t>- сообщим Вам наименование или фамилию, имя, отчество и адрес лиц, которым с Вашего согласия может быть поручена обработка Ваших персональных данных;</w:t>
      </w:r>
    </w:p>
    <w:p w14:paraId="0B110E16" w14:textId="77777777" w:rsidR="00B05788" w:rsidRPr="0046107D" w:rsidRDefault="0046107D">
      <w:pPr>
        <w:rPr>
          <w:lang w:val="ru-RU"/>
        </w:rPr>
      </w:pPr>
      <w:r w:rsidRPr="0046107D">
        <w:rPr>
          <w:lang w:val="ru-RU"/>
        </w:rPr>
        <w:t xml:space="preserve">- уведомим </w:t>
      </w:r>
      <w:r w:rsidRPr="0046107D">
        <w:rPr>
          <w:lang w:val="ru-RU"/>
        </w:rPr>
        <w:t>Вас о порядке осуществления Ваших прав при обработке нами Ваших персональных данных;</w:t>
      </w:r>
    </w:p>
    <w:p w14:paraId="28561D1D" w14:textId="77777777" w:rsidR="00B05788" w:rsidRPr="0046107D" w:rsidRDefault="0046107D">
      <w:pPr>
        <w:rPr>
          <w:lang w:val="ru-RU"/>
        </w:rPr>
      </w:pPr>
      <w:r w:rsidRPr="0046107D">
        <w:rPr>
          <w:lang w:val="ru-RU"/>
        </w:rPr>
        <w:t>- исключим Вас из рассылки наших новостных материалов;</w:t>
      </w:r>
    </w:p>
    <w:p w14:paraId="0AA7A114" w14:textId="77777777" w:rsidR="00B05788" w:rsidRPr="0046107D" w:rsidRDefault="0046107D">
      <w:pPr>
        <w:rPr>
          <w:lang w:val="ru-RU"/>
        </w:rPr>
      </w:pPr>
      <w:r w:rsidRPr="0046107D">
        <w:rPr>
          <w:lang w:val="ru-RU"/>
        </w:rPr>
        <w:t>- прекратим обработку Ваших персональных данных в течение 30 дней с момента получения отзыва согласия, если для обра</w:t>
      </w:r>
      <w:r w:rsidRPr="0046107D">
        <w:rPr>
          <w:lang w:val="ru-RU"/>
        </w:rPr>
        <w:t>ботки персональных данных не будет иных правовых оснований, предусмотренных законодательством Российской Федерации;</w:t>
      </w:r>
    </w:p>
    <w:p w14:paraId="5BDB30F0" w14:textId="77777777" w:rsidR="00B05788" w:rsidRPr="0046107D" w:rsidRDefault="0046107D">
      <w:pPr>
        <w:rPr>
          <w:lang w:val="ru-RU"/>
        </w:rPr>
      </w:pPr>
      <w:r w:rsidRPr="0046107D">
        <w:rPr>
          <w:lang w:val="ru-RU"/>
        </w:rPr>
        <w:t>- прекратим обработку Ваших персональных данных, если будет подтверждено, что мы их обрабатываем неправомерно, и уведомим Вас о предпринятых</w:t>
      </w:r>
      <w:r w:rsidRPr="0046107D">
        <w:rPr>
          <w:lang w:val="ru-RU"/>
        </w:rPr>
        <w:t xml:space="preserve"> мерах;</w:t>
      </w:r>
    </w:p>
    <w:p w14:paraId="02F15BA1" w14:textId="77777777" w:rsidR="00B05788" w:rsidRPr="0046107D" w:rsidRDefault="0046107D">
      <w:pPr>
        <w:rPr>
          <w:lang w:val="ru-RU"/>
        </w:rPr>
      </w:pPr>
      <w:r w:rsidRPr="0046107D">
        <w:rPr>
          <w:lang w:val="ru-RU"/>
        </w:rPr>
        <w:t>- уничтожим Ваши персональные данные, если будет подтверждено, что они незаконно получены или не соответствуют заявленным целям обработки, в течение 7 рабочих дней с момента получения соответствующего подтверждения, и уведомим Вас о предпринятых ме</w:t>
      </w:r>
      <w:r w:rsidRPr="0046107D">
        <w:rPr>
          <w:lang w:val="ru-RU"/>
        </w:rPr>
        <w:t>рах;</w:t>
      </w:r>
    </w:p>
    <w:p w14:paraId="0054ED4F" w14:textId="77777777" w:rsidR="00B05788" w:rsidRPr="0046107D" w:rsidRDefault="0046107D">
      <w:pPr>
        <w:rPr>
          <w:lang w:val="ru-RU"/>
        </w:rPr>
      </w:pPr>
      <w:r w:rsidRPr="0046107D">
        <w:rPr>
          <w:lang w:val="ru-RU"/>
        </w:rPr>
        <w:t>- ответим на Ваши вопросы, касающиеся Ваших персональных данных, которые мы обрабатываем.</w:t>
      </w:r>
    </w:p>
    <w:p w14:paraId="55209D8F" w14:textId="77777777" w:rsidR="00B05788" w:rsidRPr="0046107D" w:rsidRDefault="0046107D">
      <w:pPr>
        <w:pStyle w:val="21"/>
        <w:rPr>
          <w:lang w:val="ru-RU"/>
        </w:rPr>
      </w:pPr>
      <w:r w:rsidRPr="0046107D">
        <w:rPr>
          <w:lang w:val="ru-RU"/>
        </w:rPr>
        <w:t>5. Как Вы можете связаться с нами</w:t>
      </w:r>
    </w:p>
    <w:p w14:paraId="5F4947B7" w14:textId="77777777" w:rsidR="00B05788" w:rsidRPr="0046107D" w:rsidRDefault="0046107D">
      <w:pPr>
        <w:rPr>
          <w:lang w:val="ru-RU"/>
        </w:rPr>
      </w:pPr>
      <w:r w:rsidRPr="0046107D">
        <w:rPr>
          <w:lang w:val="ru-RU"/>
        </w:rPr>
        <w:t>Вы можете обратиться к нам с запросом, касающимся обработки Ваших персональных данных, направив нам письмо с темой письма «Запр</w:t>
      </w:r>
      <w:r w:rsidRPr="0046107D">
        <w:rPr>
          <w:lang w:val="ru-RU"/>
        </w:rPr>
        <w:t xml:space="preserve">ос о персональных данных» (либо «Отзыв согласия на обработку персональных данных» в случае отзыва согласия на обработку персональных данных) на адрес </w:t>
      </w:r>
      <w:r w:rsidRPr="0046107D">
        <w:rPr>
          <w:lang w:val="ru-RU"/>
        </w:rPr>
        <w:lastRenderedPageBreak/>
        <w:t xml:space="preserve">электронной почты </w:t>
      </w:r>
      <w:r>
        <w:t>info</w:t>
      </w:r>
      <w:r w:rsidRPr="0046107D">
        <w:rPr>
          <w:lang w:val="ru-RU"/>
        </w:rPr>
        <w:t>@</w:t>
      </w:r>
      <w:r>
        <w:t>oilway</w:t>
      </w:r>
      <w:r w:rsidRPr="0046107D">
        <w:rPr>
          <w:lang w:val="ru-RU"/>
        </w:rPr>
        <w:t>-</w:t>
      </w:r>
      <w:r>
        <w:t>lubricants</w:t>
      </w:r>
      <w:r w:rsidRPr="0046107D">
        <w:rPr>
          <w:lang w:val="ru-RU"/>
        </w:rPr>
        <w:t>.</w:t>
      </w:r>
      <w:proofErr w:type="spellStart"/>
      <w:r>
        <w:t>ru</w:t>
      </w:r>
      <w:proofErr w:type="spellEnd"/>
      <w:r w:rsidRPr="0046107D">
        <w:rPr>
          <w:lang w:val="ru-RU"/>
        </w:rPr>
        <w:t xml:space="preserve"> или на почтовый адрес 620026, 620135, Свердловская область, г.</w:t>
      </w:r>
      <w:r w:rsidRPr="0046107D">
        <w:rPr>
          <w:lang w:val="ru-RU"/>
        </w:rPr>
        <w:t xml:space="preserve"> Екатеринбург, пр-т Космонавтов, д. 98, корп. А, оф. 204.</w:t>
      </w:r>
    </w:p>
    <w:p w14:paraId="19512015" w14:textId="77777777" w:rsidR="00B05788" w:rsidRPr="0046107D" w:rsidRDefault="0046107D">
      <w:pPr>
        <w:pStyle w:val="21"/>
        <w:rPr>
          <w:lang w:val="ru-RU"/>
        </w:rPr>
      </w:pPr>
      <w:r w:rsidRPr="0046107D">
        <w:rPr>
          <w:lang w:val="ru-RU"/>
        </w:rPr>
        <w:t>6. Безопасность персональных данных</w:t>
      </w:r>
    </w:p>
    <w:p w14:paraId="58488EFC" w14:textId="77777777" w:rsidR="00B05788" w:rsidRPr="0046107D" w:rsidRDefault="0046107D">
      <w:pPr>
        <w:rPr>
          <w:lang w:val="ru-RU"/>
        </w:rPr>
      </w:pPr>
      <w:r w:rsidRPr="0046107D">
        <w:rPr>
          <w:lang w:val="ru-RU"/>
        </w:rPr>
        <w:t>Для обеспечения безопасности Ваших персональных данных при их обработке мы принимаем необходимые и достаточные правовые, организационные и технические меры для за</w:t>
      </w:r>
      <w:r w:rsidRPr="0046107D">
        <w:rPr>
          <w:lang w:val="ru-RU"/>
        </w:rPr>
        <w:t>щиты персональных данных от неправомерного или случайного доступа к ним, их уничтожения, изменения, блокирования, копирования, предоставления, распространения, а также от иных неправомерных действий в отношении персональных данных.</w:t>
      </w:r>
    </w:p>
    <w:p w14:paraId="72A22CB7" w14:textId="77777777" w:rsidR="00B05788" w:rsidRPr="0046107D" w:rsidRDefault="0046107D">
      <w:pPr>
        <w:rPr>
          <w:lang w:val="ru-RU"/>
        </w:rPr>
      </w:pPr>
      <w:r w:rsidRPr="0046107D">
        <w:rPr>
          <w:lang w:val="ru-RU"/>
        </w:rPr>
        <w:t>В целях обеспечения адек</w:t>
      </w:r>
      <w:r w:rsidRPr="0046107D">
        <w:rPr>
          <w:lang w:val="ru-RU"/>
        </w:rPr>
        <w:t>ватной защиты Ваших персональных данных мы проводим оценку вреда, который может быть причинен в случае нарушения безопасности Ваших персональных данных, а также определяем актуальные угрозы безопасности Ваших персональных данных при их обработке в информац</w:t>
      </w:r>
      <w:r w:rsidRPr="0046107D">
        <w:rPr>
          <w:lang w:val="ru-RU"/>
        </w:rPr>
        <w:t>ионных системах персональных данных.</w:t>
      </w:r>
    </w:p>
    <w:p w14:paraId="529A5A25" w14:textId="77777777" w:rsidR="00B05788" w:rsidRPr="0046107D" w:rsidRDefault="0046107D">
      <w:pPr>
        <w:rPr>
          <w:lang w:val="ru-RU"/>
        </w:rPr>
      </w:pPr>
      <w:r w:rsidRPr="0046107D">
        <w:rPr>
          <w:lang w:val="ru-RU"/>
        </w:rPr>
        <w:t>В Компании приняты локальные акты по вопросам безопасности персональных данных. Сотрудники Компании, имеющие доступ к персональным данным, ознакомлены с настоящей Политикой и локальными актами по вопросам безопасности п</w:t>
      </w:r>
      <w:r w:rsidRPr="0046107D">
        <w:rPr>
          <w:lang w:val="ru-RU"/>
        </w:rPr>
        <w:t>ерсональных данных.</w:t>
      </w:r>
    </w:p>
    <w:p w14:paraId="06812C6A" w14:textId="77777777" w:rsidR="00B05788" w:rsidRPr="0046107D" w:rsidRDefault="0046107D">
      <w:pPr>
        <w:pStyle w:val="21"/>
        <w:rPr>
          <w:lang w:val="ru-RU"/>
        </w:rPr>
      </w:pPr>
      <w:r w:rsidRPr="0046107D">
        <w:rPr>
          <w:lang w:val="ru-RU"/>
        </w:rPr>
        <w:t>7. Трансграничная передача персональных данных</w:t>
      </w:r>
    </w:p>
    <w:p w14:paraId="2491925C" w14:textId="77777777" w:rsidR="00B05788" w:rsidRPr="0046107D" w:rsidRDefault="0046107D">
      <w:pPr>
        <w:rPr>
          <w:lang w:val="ru-RU"/>
        </w:rPr>
      </w:pPr>
      <w:r w:rsidRPr="0046107D">
        <w:rPr>
          <w:lang w:val="ru-RU"/>
        </w:rPr>
        <w:t xml:space="preserve">Мы осуществляем передачу Ваших персональных данных на территории иностранных государств. Обеспечение безопасности Ваших персональных данных при трансграничной передаче очень важно для нас. </w:t>
      </w:r>
      <w:r w:rsidRPr="0046107D">
        <w:rPr>
          <w:lang w:val="ru-RU"/>
        </w:rPr>
        <w:t>Мы принимаем все необходимые меры для того, чтобы гарантировать конфиденциальность и безопасность Ваших персональных данных.</w:t>
      </w:r>
    </w:p>
    <w:p w14:paraId="7FA8A192" w14:textId="77777777" w:rsidR="00B05788" w:rsidRPr="0046107D" w:rsidRDefault="0046107D">
      <w:pPr>
        <w:rPr>
          <w:lang w:val="ru-RU"/>
        </w:rPr>
      </w:pPr>
      <w:r w:rsidRPr="0046107D">
        <w:rPr>
          <w:lang w:val="ru-RU"/>
        </w:rPr>
        <w:t xml:space="preserve">Трансграничная передача персональных данных на территорию иностранных государств, не обеспечивающих адекватной защиты персональных </w:t>
      </w:r>
      <w:r w:rsidRPr="0046107D">
        <w:rPr>
          <w:lang w:val="ru-RU"/>
        </w:rPr>
        <w:t>данных, осуществляется только с Вашего письменного согласия, либо для исполнения договора, по которому Вы являетесь стороной, а также в иных случаях, предусмотренных законодательством Российской Федерации о персональных данных.</w:t>
      </w:r>
    </w:p>
    <w:p w14:paraId="034B4931" w14:textId="77777777" w:rsidR="00B05788" w:rsidRPr="0046107D" w:rsidRDefault="0046107D">
      <w:pPr>
        <w:pStyle w:val="21"/>
        <w:rPr>
          <w:lang w:val="ru-RU"/>
        </w:rPr>
      </w:pPr>
      <w:r w:rsidRPr="0046107D">
        <w:rPr>
          <w:lang w:val="ru-RU"/>
        </w:rPr>
        <w:t>8. Прекращение обработки пер</w:t>
      </w:r>
      <w:r w:rsidRPr="0046107D">
        <w:rPr>
          <w:lang w:val="ru-RU"/>
        </w:rPr>
        <w:t>сональных данных</w:t>
      </w:r>
    </w:p>
    <w:p w14:paraId="7A4386AF" w14:textId="77777777" w:rsidR="00B05788" w:rsidRPr="0046107D" w:rsidRDefault="0046107D">
      <w:pPr>
        <w:rPr>
          <w:lang w:val="ru-RU"/>
        </w:rPr>
      </w:pPr>
      <w:r w:rsidRPr="0046107D">
        <w:rPr>
          <w:lang w:val="ru-RU"/>
        </w:rPr>
        <w:t>Мы прекращаем обработку Ваших персональных данных:</w:t>
      </w:r>
    </w:p>
    <w:p w14:paraId="0B92D606" w14:textId="77777777" w:rsidR="00B05788" w:rsidRPr="0046107D" w:rsidRDefault="0046107D">
      <w:pPr>
        <w:rPr>
          <w:lang w:val="ru-RU"/>
        </w:rPr>
      </w:pPr>
      <w:r w:rsidRPr="0046107D">
        <w:rPr>
          <w:lang w:val="ru-RU"/>
        </w:rPr>
        <w:t>- при наступлении условий прекращения обработки персональных данных или по истечении установленных сроков;</w:t>
      </w:r>
    </w:p>
    <w:p w14:paraId="1B2964B2" w14:textId="77777777" w:rsidR="00B05788" w:rsidRPr="0046107D" w:rsidRDefault="0046107D">
      <w:pPr>
        <w:rPr>
          <w:lang w:val="ru-RU"/>
        </w:rPr>
      </w:pPr>
      <w:r w:rsidRPr="0046107D">
        <w:rPr>
          <w:lang w:val="ru-RU"/>
        </w:rPr>
        <w:lastRenderedPageBreak/>
        <w:t xml:space="preserve">- по достижении целей их обработки либо в случае утраты </w:t>
      </w:r>
      <w:r w:rsidRPr="0046107D">
        <w:rPr>
          <w:lang w:val="ru-RU"/>
        </w:rPr>
        <w:t>необходимости в достижении этих целей;</w:t>
      </w:r>
    </w:p>
    <w:p w14:paraId="1E08C334" w14:textId="77777777" w:rsidR="00B05788" w:rsidRPr="0046107D" w:rsidRDefault="0046107D">
      <w:pPr>
        <w:rPr>
          <w:lang w:val="ru-RU"/>
        </w:rPr>
      </w:pPr>
      <w:r w:rsidRPr="0046107D">
        <w:rPr>
          <w:lang w:val="ru-RU"/>
        </w:rPr>
        <w:t>- по Вашему требованию, если обрабатываемые персональные данные являются незаконно полученными или не являются необходимыми для заявленной цели обработки;</w:t>
      </w:r>
    </w:p>
    <w:p w14:paraId="513560C1" w14:textId="77777777" w:rsidR="00B05788" w:rsidRPr="0046107D" w:rsidRDefault="0046107D">
      <w:pPr>
        <w:rPr>
          <w:lang w:val="ru-RU"/>
        </w:rPr>
      </w:pPr>
      <w:r w:rsidRPr="0046107D">
        <w:rPr>
          <w:lang w:val="ru-RU"/>
        </w:rPr>
        <w:t>- в случае выявления неправомерной обработки персональных данн</w:t>
      </w:r>
      <w:r w:rsidRPr="0046107D">
        <w:rPr>
          <w:lang w:val="ru-RU"/>
        </w:rPr>
        <w:t>ых, если обеспечить правомерность обработки невозможно;</w:t>
      </w:r>
    </w:p>
    <w:p w14:paraId="07CDB52B" w14:textId="77777777" w:rsidR="00B05788" w:rsidRPr="0046107D" w:rsidRDefault="0046107D">
      <w:pPr>
        <w:rPr>
          <w:lang w:val="ru-RU"/>
        </w:rPr>
      </w:pPr>
      <w:r w:rsidRPr="0046107D">
        <w:rPr>
          <w:lang w:val="ru-RU"/>
        </w:rPr>
        <w:t>- по истечении срока действия Вашего согласия на обработку персональных данных или в случае отзыва Вами такого согласия, если для обработки персональных данных не будет иных правовых оснований, предус</w:t>
      </w:r>
      <w:r w:rsidRPr="0046107D">
        <w:rPr>
          <w:lang w:val="ru-RU"/>
        </w:rPr>
        <w:t>мотренных законодательством Российской Федерации;</w:t>
      </w:r>
    </w:p>
    <w:p w14:paraId="79ABD90E" w14:textId="77777777" w:rsidR="00B05788" w:rsidRPr="0046107D" w:rsidRDefault="0046107D">
      <w:pPr>
        <w:rPr>
          <w:lang w:val="ru-RU"/>
        </w:rPr>
      </w:pPr>
      <w:r w:rsidRPr="0046107D">
        <w:rPr>
          <w:lang w:val="ru-RU"/>
        </w:rPr>
        <w:t>- в случае ликвидации Компании.</w:t>
      </w:r>
    </w:p>
    <w:p w14:paraId="50B2F542" w14:textId="77777777" w:rsidR="00B05788" w:rsidRPr="0046107D" w:rsidRDefault="0046107D">
      <w:pPr>
        <w:pStyle w:val="21"/>
        <w:rPr>
          <w:lang w:val="ru-RU"/>
        </w:rPr>
      </w:pPr>
      <w:r w:rsidRPr="0046107D">
        <w:rPr>
          <w:lang w:val="ru-RU"/>
        </w:rPr>
        <w:t xml:space="preserve">9. </w:t>
      </w:r>
      <w:r>
        <w:t>Cookies</w:t>
      </w:r>
    </w:p>
    <w:p w14:paraId="7C77B286" w14:textId="77777777" w:rsidR="00B05788" w:rsidRPr="0046107D" w:rsidRDefault="0046107D">
      <w:pPr>
        <w:rPr>
          <w:lang w:val="ru-RU"/>
        </w:rPr>
      </w:pPr>
      <w:r w:rsidRPr="0046107D">
        <w:rPr>
          <w:lang w:val="ru-RU"/>
        </w:rPr>
        <w:t>Мы используем файлы «</w:t>
      </w:r>
      <w:r>
        <w:t>cookies</w:t>
      </w:r>
      <w:r w:rsidRPr="0046107D">
        <w:rPr>
          <w:lang w:val="ru-RU"/>
        </w:rPr>
        <w:t>». Файлы «</w:t>
      </w:r>
      <w:r>
        <w:t>cookies</w:t>
      </w:r>
      <w:r w:rsidRPr="0046107D">
        <w:rPr>
          <w:lang w:val="ru-RU"/>
        </w:rPr>
        <w:t xml:space="preserve">» – это небольшие текстовые файлы, размещаемые на жестких дисках Ваших устройств во время использования </w:t>
      </w:r>
      <w:r w:rsidRPr="0046107D">
        <w:rPr>
          <w:lang w:val="ru-RU"/>
        </w:rPr>
        <w:t>различных сайтов, предназначенные для содействия в настройке пользовательского интерфейса в соответствии с Вашими предпочтениями.</w:t>
      </w:r>
    </w:p>
    <w:p w14:paraId="1708BECF" w14:textId="77777777" w:rsidR="00B05788" w:rsidRPr="0046107D" w:rsidRDefault="0046107D">
      <w:pPr>
        <w:rPr>
          <w:lang w:val="ru-RU"/>
        </w:rPr>
      </w:pPr>
      <w:r w:rsidRPr="0046107D">
        <w:rPr>
          <w:lang w:val="ru-RU"/>
        </w:rPr>
        <w:t>Большинство браузеров позволяют отказаться от получения файлов «</w:t>
      </w:r>
      <w:r>
        <w:t>cookies</w:t>
      </w:r>
      <w:r w:rsidRPr="0046107D">
        <w:rPr>
          <w:lang w:val="ru-RU"/>
        </w:rPr>
        <w:t>» и удалить их с жесткого диска устройства.</w:t>
      </w:r>
    </w:p>
    <w:p w14:paraId="458CD60D" w14:textId="77777777" w:rsidR="00B05788" w:rsidRPr="0046107D" w:rsidRDefault="0046107D">
      <w:pPr>
        <w:pStyle w:val="21"/>
        <w:rPr>
          <w:lang w:val="ru-RU"/>
        </w:rPr>
      </w:pPr>
      <w:r w:rsidRPr="0046107D">
        <w:rPr>
          <w:lang w:val="ru-RU"/>
        </w:rPr>
        <w:t xml:space="preserve">10. Ссылки </w:t>
      </w:r>
      <w:r w:rsidRPr="0046107D">
        <w:rPr>
          <w:lang w:val="ru-RU"/>
        </w:rPr>
        <w:t>на сайты третьих лиц</w:t>
      </w:r>
    </w:p>
    <w:p w14:paraId="46FC9C2B" w14:textId="77777777" w:rsidR="00B05788" w:rsidRPr="0046107D" w:rsidRDefault="0046107D">
      <w:pPr>
        <w:rPr>
          <w:lang w:val="ru-RU"/>
        </w:rPr>
      </w:pPr>
      <w:r w:rsidRPr="0046107D">
        <w:rPr>
          <w:lang w:val="ru-RU"/>
        </w:rPr>
        <w:t>На наших сайтах могут быть размещены ссылки на сторонние сайты и службы, которые мы не контролируем. Мы не несем ответственности за безопасность или конфиденциальность любой информации, собираемой сторонними сайтами или службами.</w:t>
      </w:r>
    </w:p>
    <w:p w14:paraId="64000997" w14:textId="77777777" w:rsidR="00B05788" w:rsidRPr="0046107D" w:rsidRDefault="0046107D">
      <w:pPr>
        <w:pStyle w:val="21"/>
        <w:rPr>
          <w:lang w:val="ru-RU"/>
        </w:rPr>
      </w:pPr>
      <w:r w:rsidRPr="0046107D">
        <w:rPr>
          <w:lang w:val="ru-RU"/>
        </w:rPr>
        <w:t>11. И</w:t>
      </w:r>
      <w:r w:rsidRPr="0046107D">
        <w:rPr>
          <w:lang w:val="ru-RU"/>
        </w:rPr>
        <w:t>зменение Политики</w:t>
      </w:r>
    </w:p>
    <w:p w14:paraId="707CDC3D" w14:textId="77777777" w:rsidR="00B05788" w:rsidRPr="0046107D" w:rsidRDefault="0046107D">
      <w:pPr>
        <w:rPr>
          <w:lang w:val="ru-RU"/>
        </w:rPr>
      </w:pPr>
      <w:r w:rsidRPr="0046107D">
        <w:rPr>
          <w:lang w:val="ru-RU"/>
        </w:rPr>
        <w:t>Мы можем обновлять Политику по мере необходимости. Мы рекомендуем Вам периодически проверять актуальность данной Политики. Продолжая пользоваться нашими сайтами после изменения Политики, Вы подтверждаете согласие с внесенными изменениями.</w:t>
      </w:r>
    </w:p>
    <w:p w14:paraId="011A1011" w14:textId="77777777" w:rsidR="00B05788" w:rsidRPr="0046107D" w:rsidRDefault="0046107D">
      <w:pPr>
        <w:rPr>
          <w:lang w:val="ru-RU"/>
        </w:rPr>
      </w:pPr>
      <w:r w:rsidRPr="0046107D">
        <w:rPr>
          <w:lang w:val="ru-RU"/>
        </w:rPr>
        <w:t>*****</w:t>
      </w:r>
    </w:p>
    <w:p w14:paraId="5FE7120C" w14:textId="77777777" w:rsidR="00B05788" w:rsidRDefault="0046107D">
      <w:r w:rsidRPr="0046107D">
        <w:rPr>
          <w:lang w:val="ru-RU"/>
        </w:rPr>
        <w:t xml:space="preserve">Если у Вас остались вопросы по данной Политике, пожалуйста, свяжитесь с ответственным за организацию обработки персональных данных в Компании, направив письмо с пометкой «Запрос о персональных данных» на адрес электронной почты </w:t>
      </w:r>
      <w:r>
        <w:t>info</w:t>
      </w:r>
      <w:r w:rsidRPr="0046107D">
        <w:rPr>
          <w:lang w:val="ru-RU"/>
        </w:rPr>
        <w:t>@</w:t>
      </w:r>
      <w:r>
        <w:t>oilway</w:t>
      </w:r>
      <w:r w:rsidRPr="0046107D">
        <w:rPr>
          <w:lang w:val="ru-RU"/>
        </w:rPr>
        <w:t>-</w:t>
      </w:r>
      <w:r>
        <w:t>lubricant</w:t>
      </w:r>
      <w:r>
        <w:t>s</w:t>
      </w:r>
      <w:r w:rsidRPr="0046107D">
        <w:rPr>
          <w:lang w:val="ru-RU"/>
        </w:rPr>
        <w:t>.</w:t>
      </w:r>
      <w:proofErr w:type="spellStart"/>
      <w:r>
        <w:t>ru</w:t>
      </w:r>
      <w:proofErr w:type="spellEnd"/>
      <w:r w:rsidRPr="0046107D">
        <w:rPr>
          <w:lang w:val="ru-RU"/>
        </w:rPr>
        <w:t xml:space="preserve"> или на почтовый адрес 620026, </w:t>
      </w:r>
      <w:r w:rsidRPr="0046107D">
        <w:rPr>
          <w:lang w:val="ru-RU"/>
        </w:rPr>
        <w:lastRenderedPageBreak/>
        <w:t xml:space="preserve">620135, Свердловская область, г. Екатеринбург, пр-т Космонавтов, д. 98, корп. </w:t>
      </w:r>
      <w:r>
        <w:t xml:space="preserve">А, </w:t>
      </w:r>
      <w:proofErr w:type="spellStart"/>
      <w:r>
        <w:t>оф</w:t>
      </w:r>
      <w:proofErr w:type="spellEnd"/>
      <w:r>
        <w:t>. 204.</w:t>
      </w:r>
    </w:p>
    <w:sectPr w:rsidR="00B05788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6107D"/>
    <w:rsid w:val="00AA1D8D"/>
    <w:rsid w:val="00B05788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3469F5"/>
  <w14:defaultImageDpi w14:val="300"/>
  <w15:docId w15:val="{BC9E6179-DFFC-42D2-B806-CADB5C109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1422</Words>
  <Characters>8112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9515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derfag88@gmail.com</cp:lastModifiedBy>
  <cp:revision>2</cp:revision>
  <dcterms:created xsi:type="dcterms:W3CDTF">2013-12-23T23:15:00Z</dcterms:created>
  <dcterms:modified xsi:type="dcterms:W3CDTF">2026-07-09T11:27:00Z</dcterms:modified>
  <cp:category/>
</cp:coreProperties>
</file>